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סרטון כיתתי מונפש בעזרת צ'אט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ליצירת סרטון מונפש בעזרת צ'אט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פרומפט מדויק לתסריט ולסרטון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ופרטיות בעבודה עם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עד 7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קובץ HTML אחד, עברית מימין לשמאל וכפתור ניגון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לבקש תיקון אחד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מבקשים לחזור לגרסה הקודמת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להכניס שמות או תמונות של תלמידים מטעמי פרטיוּת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הצ'אט עלול לטעות, והאחריות על התוכן היא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עדיף לבנות בסיס קודם ואז לשפר בשלבים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הופכים את דף האנימציה לקובץ וידאו להקרנה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כלל שקיפות ובטיחות שמוזכר בהנחיות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מימין לשמאל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הקרין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כלי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(יוצר דף אנימציה שאפשר לצפות בו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(גם יודעים לכתוב דף אנימציה בגרסה החינמית)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(נמצאת במגירת ההגדרות המהירות)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(חיתוך תחילת וסוף הסרטון המוקלט)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מטרה אחת לסרטון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תסריט קצר ב-6 סצנות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מבקשים מהצ'אט את הסרטון עם הפרומפט המוכן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צופים ומשפרים בשיחה, תיקון אחד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עברית ותוכן בכל כתובית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מקליטים את התצוגה כקובץ וידאו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משתפים ומקרינים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כוללת: משפט מטרה ברור וממוקד (רעיון אחד), סצנה פותחת עם שאלה מסקרנת, סצנה מסיימת עם שאלה פתוחה לדיון, התאמה לכללי אורך הטקסט (עד 7 מילים) ולשפה 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לא להכניס שמות/תמונות/פרטים של תלמידים, לציין שהסרטון נוצר בעזרת כלי AI, לבדוק מדיניות בית הספר מראש, המורה מפעילה את הכלי ולא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עברית/כתיב ובדיקת עובדות בתוכן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כך קל יותר לעקוב אחרי השינוי ולתקן אם משהו משתבש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שמות, תמונות או פרטים מזהים של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הפרומפטים בזוגות לפני שמנסים אותם בפועל על מסך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שלב 'תיקון אחד בכל פעם' בפועל כדי שהעיקרון יהיה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לחלק הבטיחות והפרטיות ולחדד אותו גם בעל פה לפני כל תרגול מעשי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סרטון כיתתי מונפש בעזרת צ'אט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מתרגל את שלבי העבודה המוצגים במדריך ליצירת סרטון כיתתי קצר ומונפש בעזרת שיחה עם צ'אט AI, ללא תוכנת עריכה וללא ידע בקוד.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סצנות מומלץ לכתוב בתסריט לסרטון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מומלץ לכתוב בטקסט על המסך בכל סצנה?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7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20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לבקש במפורש מהצ'אט כשמבקשים את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קובץ וידאו מוכן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קובץ HTML אחד, עברית מימין לשמאל וכפתור ניגון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תמונות מהאינטרנט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קובץ PowerPoint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עדיף לעשות כדי לשפר את הסרטון בשיחה?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 הרבה שינויים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 תיקון אחד בכל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פרומפט חדש מאפס בכל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לבדוק את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משהו 'נשבר' בסרטון אחרי שינוי?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לנסות שינויים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מבקשים לחזור לגרסה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סוגרים את הצ'אט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מתחילים תסריט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להעלות לצ'אט תמונות או שמות של תלמידים כדי להמחיש את התסריט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לבדוק את הכתיב ואת העובדות בכתוביות גם אחרי שהצ'אט כתב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לבקש מהצ'אט את כל הדרישות בפרומפט אחד ארוך ומפורט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להקליט את הסרטון באמצעות הקלטת מסך בטלפון או במחשב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לציין בסרטון שהוא נוצר בעזרת כלי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שפותחים את הצ'אט כדאי לכתוב משפט אחד שמגדיר את ה__________ של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התסריט נכתב בדרך כלל ב-__________ סצנות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שהעברית תוצג נכון בדף האנימציה מבקשים כיוון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איורים מומלץ לבקש מ__________ פשוטות וצבעים, בלי תמונות מהאינטרנט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שהסרטון מוכן אפשר ל__________ אותו בכיתה ולשאול שאלת סיום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כלי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Claude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נמצאת במגירת ההגדרות המהירות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ChatGPT / Gemini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חיתוך תחילת וסוף הסרטון המוקלט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הקלטת מסך באנדרואיד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יוצר דף אנימציה שאפשר לצפות בו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Google Photos או Canva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גם יודעים לכתוב דף אנימציה בגרסה החינמית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עברית ותוכן בכל כתובית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ומשפרים בשיחה, תיקון אחד בכל פעם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ומקרינים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מקליטים את התצוגה כקובץ וידאו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מבקשים מהצ'אט את הסרטון עם הפרומפט המוכן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תסריט קצר ב-6 סצנות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מטרה אחת לסרטון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מטרה אחד לסרטון קצר בנושא לימודי לבחירתכם, ותארו בקצרה מה יקרה בסצנה הראשונה ובסצנה האחרונה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רשמו שני כללי בטיחות ופרטיות שחשוב לשמור עליהם בעבודה עם צ'אט AI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דברים שחשוב לבדוק לפני שמקרינים את הסרטון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עדיף לבקש תיקון אחד בכל פעם ולא כמה שינויים 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להעלות לצ'אט בזמן בניית התסריט?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בניית סרטון כיתתי מונפש בעזרת צ'אט 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